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פירמי – פירמידת משפטים לקריאה שוטפת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משפט מילה אחר מילה בצורת פירמידה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לשפר סדר מילים נכון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שוטפת וברורה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הרעיון של הפירמידה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מתווספת מילה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בנויה פירמידת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הפירמידה בנויה לפי מספר מילים, לא לפי אורך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בּוֹנֶה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מִ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(צורה שגדלה בעוד מילה בכל שורה)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(קריאה מהירה וברורה בלי גמגום)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(הסדר הנכון של המילים במשפט)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(חזרה כדי להשתפר)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רוֹבִּי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בּוֹנֶה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מִגְדָּל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גָּבוֹהַּ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ותרגלו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משפט הגיוני ומחלק אותו נכון לשורות הולכות וגדלות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מתווספת מילה אחת בכל שורה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הגיוני בן שלוש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לשפר את מהירות וברור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בזוגות: אחד קורא בקול, השני בודק את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לכתוב משפט אישי ולא רק להשתמש במוכן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אפשר להתמקד בתרגיל ההתאמה והמילוי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פירמי – פירמידת משפטים לקריאה שוטפת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פירמי הוא רובוט שבונה פירמידת משפט: בכל שורה מתווספת מילה אחת, עד שמתקבל משפט שלם. בדף הזה נתרגל את הרעיון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מִ  ·  בּוֹנֶה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הרעיון של הפירמידה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קורה בכל שורה חדשה בפירמידה?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מתווספת מילה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נמחקת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המשפט מתחלף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שורות אפשר לבחור בפירמידה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שורה בפירמידה מתווספת מילה אחת נוספת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הפירמידה חייבת להתחיל תמיד במילה הארוכה ביותר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רוֹבִּי __________ מִגְדָּל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מִגְדָּל גָּבוֹהַּ __________ קוּבִּיּוֹת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פירמידה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קריאה מהירה וברורה בלי גמגום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קריאה שוטפת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הסדר הנכון של המילים במשפט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סדר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חזרה כדי להשתפר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תרגול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צורה שגדלה בעוד מילה בכל שורה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המשפט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מִגְדָּל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רוֹבִּי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גָּבוֹהַּ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בּוֹנֶה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כתבו ותרגלו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קצר משלכם (4-6 מילים), ואז פרקו אותו לשורות פירמידה – בכל שורה מילה אחת נוספת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בכל שורה חדשה בפירמידה?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קצר בן שלוש מילים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פירמי – פירמידת משפטים לקריאה שוטפת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