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 – פירמידת משפטים לקריאה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 מילה אחר מילה בצורת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סדר מילים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וברורה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 של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מתווספת 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למדוד זמן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לכתוב משפט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פירמידת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הפירמידה בנויה לפי מספר מילים, לא לפי 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כפתורי התחלה וסיום למדידת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כתוב שאפשר לכתוב משפט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בּוֹנֶה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(צורה שגדלה בעוד מילה בכל 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(קריאה מהירה וברורה בלי גמגום)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(הסדר הנכון של המילים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כדי להשתפר)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(בניין גבוה שבונים מקוביות)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רוֹבִּי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בּוֹנֶה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מִגְדָּל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גָּבוֹהַּ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מִקֻּבִּיּוֹת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ותרגלו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הגיוני ומחלק אותו נכון לשורות הולכות וגדלות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חזרה עוזרת לזכור את המילים ולקרוא בלי להיתקע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מתווספת מילה אחת בכל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בן שלוש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לשפר את מהירות וברור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קורא בקול, השני בודק את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לכתוב משפט אישי ולא רק להשתמש במוכן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להתמקד בתרגיל ההתאמה והמילוי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 – פירמידת משפטים לקריאה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פירמי בונה משפט. בכל שורה יש עוד מילה אחת. בסוף יש משפט שלם.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פִּירָמִידָה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שבה כל שורה גדלה בעוד מילה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יחד שיש בהן משמעות שלמה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שׁוּרָה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אחד בפירמידה, עם מספר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קְרִיאָה שׁוֹטֶפֶת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מהירה, ברורה וללא גמגום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סֵדֶר מִלִּים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הנכון של המילים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תִּרְגּוּל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פעולה כדי להשתפר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מִגְדָּל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גבוה שבונים, למשל מקוביות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 של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נוסף בכל שורה?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מתווספת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נמחקת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המשפט מתחלף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הכול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שורות יש בפירמידה?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 כפתור התחלה וסיום?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לצבוע את הפירמידה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למדוד זמן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עוד אפשר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משפט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התרגיל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בפירמידה מתווספת מילה אחת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הפירמידה חייבת להתחיל תמיד במילה הארוכה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למדוד כמה זמן לוקח לקרוא את הפירמידה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לכתוב משפט אישי, חייבים להשתמש רק במשפטים מוכנים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רוֹבִּי __________ מִגְדָּל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מִגְדָּל גָּבוֹהַּ __________ קוּבִּיּוֹת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לקרוא מהר וברור צריך ל__________ כמה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השורה האחרונה בפירמידה היא המשפט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פירמידה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קריאה מהירה וברורה בלי גמגום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קריאה שוטפת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הסדר הנכון של המילים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סדר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חזרה כדי להשתפר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תרגול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בניין גבוה שבונים מקוביות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צורה שגדלה בעוד מילה בכל שורה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מִגְדָּל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גָּבוֹהַּ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מִקֻּבִּיּוֹת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רוֹבִּי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בּוֹנֶה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ותרגלו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(4-6 מילים), ואז פרקו אותו לשורות פירמידה – בכל שורה מילה אחת נוספת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תרגול קריאה חוזרת עוזר לקרוא יותר מהר וברור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בכל שורה חדשה בפירמידה?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בן שלוש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לקרוא את הפירמידה כמה פעמים?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פירמי – פירמידת משפטים לקריאה שוטפת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